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C00F5" w14:textId="77777777" w:rsidR="00821E8C" w:rsidRDefault="00E8100A">
      <w:pPr>
        <w:spacing w:before="160" w:after="180" w:line="240" w:lineRule="auto"/>
        <w:jc w:val="center"/>
      </w:pPr>
      <w:r>
        <w:rPr>
          <w:b/>
          <w:sz w:val="30"/>
          <w:u w:val="single"/>
        </w:rPr>
        <w:t>ŽÁDOST O POSKYTNUTÍ DOTACE</w:t>
      </w:r>
    </w:p>
    <w:p w14:paraId="1139E40F" w14:textId="77777777" w:rsidR="00E307DB" w:rsidRDefault="00E307DB">
      <w:pPr>
        <w:spacing w:after="140" w:line="240" w:lineRule="auto"/>
        <w:jc w:val="center"/>
      </w:pPr>
      <w:r w:rsidRPr="00E307DB">
        <w:t xml:space="preserve">v rámci Dotačního programu projektu OPZ+ z projektu „Zajištění dostupnosti osobní asistence na území hl. m. Prahy“ pro roky 2026-2027 </w:t>
      </w:r>
      <w:proofErr w:type="spellStart"/>
      <w:r w:rsidRPr="00E307DB">
        <w:t>reg</w:t>
      </w:r>
      <w:proofErr w:type="spellEnd"/>
      <w:r w:rsidRPr="00E307DB">
        <w:t>. č. CZ.03.02.01/00/22_003/0006372</w:t>
      </w:r>
    </w:p>
    <w:p w14:paraId="5ECE1273" w14:textId="79E64033" w:rsidR="00821E8C" w:rsidRDefault="00E8100A">
      <w:pPr>
        <w:spacing w:after="140" w:line="240" w:lineRule="auto"/>
        <w:jc w:val="center"/>
      </w:pPr>
      <w:r>
        <w:rPr>
          <w:b/>
          <w:sz w:val="26"/>
        </w:rPr>
        <w:t xml:space="preserve">OBECNÁ </w:t>
      </w:r>
      <w:r w:rsidR="00180ABC">
        <w:rPr>
          <w:b/>
          <w:sz w:val="26"/>
        </w:rPr>
        <w:t>ČÁST – Identifikační</w:t>
      </w:r>
      <w:r>
        <w:rPr>
          <w:b/>
          <w:sz w:val="26"/>
        </w:rPr>
        <w:t xml:space="preserve"> údaje o žadateli</w:t>
      </w: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7234294B" w14:textId="77777777">
        <w:trPr>
          <w:trHeight w:val="385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2A6C083" w14:textId="77777777" w:rsidR="00821E8C" w:rsidRDefault="00E8100A">
            <w:pPr>
              <w:jc w:val="center"/>
            </w:pPr>
            <w:r>
              <w:rPr>
                <w:sz w:val="23"/>
              </w:rPr>
              <w:t>Údaje o žadateli</w:t>
            </w:r>
          </w:p>
        </w:tc>
      </w:tr>
      <w:tr w:rsidR="00821E8C" w14:paraId="652683AD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211BEE" w14:textId="77777777" w:rsidR="00821E8C" w:rsidRDefault="00E8100A">
            <w:r>
              <w:t>Název organizace</w:t>
            </w:r>
          </w:p>
        </w:tc>
        <w:sdt>
          <w:sdtPr>
            <w:alias w:val="Seznam1"/>
            <w:tag w:val="Seznam1"/>
            <w:id w:val="1065064279"/>
            <w:lock w:val="sdtLocked"/>
            <w:placeholder>
              <w:docPart w:val="DefaultPlaceholder_-1854013438"/>
            </w:placeholder>
            <w:dropDownList>
              <w:listItem w:displayText=" " w:value=" "/>
              <w:listItem w:displayText="A DOMA, z. s." w:value="A DOMA, z. s."/>
              <w:listItem w:displayText="Asistence, o.p.s." w:value="Asistence, o.p.s."/>
              <w:listItem w:displayText="Domov Sue Ryder, z. ú." w:value="Domov Sue Ryder, z. ú."/>
              <w:listItem w:displayText="Fosa, o.p.s." w:value="Fosa, o.p.s."/>
              <w:listItem w:displayText="HEWER, z.s." w:value="HEWER, z.s."/>
              <w:listItem w:displayText="Hornomlýnská, o.p.s." w:value="Hornomlýnská, o.p.s."/>
              <w:listItem w:displayText="Charita Starý Knín" w:value="Charita Starý Knín"/>
              <w:listItem w:displayText="Komunitní centrum Petrklíč, z.s." w:value="Komunitní centrum Petrklíč, z.s."/>
              <w:listItem w:displayText="Maltézská pomoc, o.p.s." w:value="Maltézská pomoc, o.p.s."/>
              <w:listItem w:displayText="OBČANSKÉ SDRUŽENÍ MARTIN, z.s." w:value="OBČANSKÉ SDRUŽENÍ MARTIN, z.s."/>
              <w:listItem w:displayText="PROSAZ, z.ú." w:value="PROSAZ, z.ú."/>
            </w:dropDownList>
          </w:sdtPr>
          <w:sdtEndPr/>
          <w:sdtContent>
            <w:tc>
              <w:tcPr>
                <w:tcW w:w="7256" w:type="dxa"/>
                <w:gridSpan w:val="3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4F3952B3" w14:textId="4E9FB0C7" w:rsidR="00821E8C" w:rsidRDefault="00E851CF" w:rsidP="00B5090A">
                <w:pPr>
                  <w:jc w:val="center"/>
                </w:pPr>
                <w:r>
                  <w:t xml:space="preserve"> </w:t>
                </w:r>
              </w:p>
            </w:tc>
          </w:sdtContent>
        </w:sdt>
      </w:tr>
      <w:tr w:rsidR="00821E8C" w14:paraId="71BE909B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967E35" w14:textId="77777777" w:rsidR="00821E8C" w:rsidRDefault="00E8100A">
            <w:r>
              <w:t>Právní forma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574827B" w14:textId="5F4D9B88" w:rsidR="00821E8C" w:rsidRDefault="00821E8C"/>
        </w:tc>
      </w:tr>
      <w:tr w:rsidR="00821E8C" w14:paraId="015AF5E1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BE880A" w14:textId="77777777" w:rsidR="00821E8C" w:rsidRDefault="00E8100A">
            <w:r>
              <w:t>IČO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675B9AE" w14:textId="3F54970F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D611E15" w14:textId="77777777" w:rsidR="00821E8C" w:rsidRDefault="00E8100A">
            <w:r>
              <w:t>Plátce DPH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CBC541" w14:textId="2B33EE72" w:rsidR="00821E8C" w:rsidRDefault="00821E8C"/>
        </w:tc>
      </w:tr>
    </w:tbl>
    <w:p w14:paraId="1997731D" w14:textId="77777777" w:rsidR="00821E8C" w:rsidRDefault="00821E8C">
      <w:pPr>
        <w:spacing w:after="4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2D666BCF" w14:textId="77777777">
        <w:trPr>
          <w:trHeight w:val="385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227D6C0" w14:textId="77777777" w:rsidR="00821E8C" w:rsidRDefault="00E8100A">
            <w:pPr>
              <w:jc w:val="center"/>
            </w:pPr>
            <w:r>
              <w:rPr>
                <w:sz w:val="23"/>
              </w:rPr>
              <w:t>Adresa sídla organizace</w:t>
            </w:r>
          </w:p>
        </w:tc>
      </w:tr>
      <w:tr w:rsidR="00821E8C" w14:paraId="30F1CB23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42AB02" w14:textId="77777777" w:rsidR="00821E8C" w:rsidRDefault="00E8100A">
            <w:r>
              <w:t>Ulice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A73828" w14:textId="024F56A5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22147F" w14:textId="77777777" w:rsidR="00821E8C" w:rsidRDefault="00E8100A">
            <w:r>
              <w:t>č. p., č. o.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792E4B" w14:textId="38BBB981" w:rsidR="00821E8C" w:rsidRDefault="00821E8C"/>
        </w:tc>
      </w:tr>
      <w:tr w:rsidR="00821E8C" w14:paraId="60642EE1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0ADA07" w14:textId="77777777" w:rsidR="00821E8C" w:rsidRDefault="00E8100A">
            <w:r>
              <w:t>Obec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5B0FFE" w14:textId="14C8613C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8147C1" w14:textId="77777777" w:rsidR="00821E8C" w:rsidRDefault="00E8100A">
            <w:r>
              <w:t>PSČ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AAB810" w14:textId="6646FD55" w:rsidR="00821E8C" w:rsidRDefault="00821E8C"/>
        </w:tc>
      </w:tr>
      <w:tr w:rsidR="00821E8C" w14:paraId="485C5AFA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674B52" w14:textId="77777777" w:rsidR="00821E8C" w:rsidRDefault="00E8100A">
            <w:r>
              <w:t>Městská část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C183F8" w14:textId="4C718B1B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F0B29D" w14:textId="77777777" w:rsidR="00821E8C" w:rsidRDefault="00E8100A">
            <w:r>
              <w:t>Správní obvod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200EBA2" w14:textId="77777777" w:rsidR="00821E8C" w:rsidRDefault="00821E8C"/>
        </w:tc>
      </w:tr>
    </w:tbl>
    <w:p w14:paraId="1A1AFA58" w14:textId="77777777" w:rsidR="00821E8C" w:rsidRDefault="00821E8C">
      <w:pPr>
        <w:spacing w:after="4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3E8F7EB4" w14:textId="77777777">
        <w:trPr>
          <w:trHeight w:val="385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02CD6D" w14:textId="77777777" w:rsidR="00821E8C" w:rsidRDefault="00E8100A">
            <w:pPr>
              <w:jc w:val="center"/>
            </w:pPr>
            <w:r>
              <w:rPr>
                <w:sz w:val="23"/>
              </w:rPr>
              <w:t>Kontaktní údaje</w:t>
            </w:r>
          </w:p>
        </w:tc>
      </w:tr>
      <w:tr w:rsidR="00821E8C" w14:paraId="2DB071AD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FC8A65" w14:textId="77777777" w:rsidR="00821E8C" w:rsidRDefault="00E8100A">
            <w:r>
              <w:t>Telefon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05617B6" w14:textId="2CAF5849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1D884D9" w14:textId="77777777" w:rsidR="00821E8C" w:rsidRDefault="00E8100A">
            <w:r>
              <w:t>Mobil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A6D49AE" w14:textId="77777777" w:rsidR="00821E8C" w:rsidRDefault="00821E8C"/>
        </w:tc>
      </w:tr>
      <w:tr w:rsidR="00821E8C" w14:paraId="1FF30CD8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505CF0A" w14:textId="77777777" w:rsidR="00821E8C" w:rsidRDefault="00E8100A">
            <w:r>
              <w:t>E-mail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E4A0A1" w14:textId="25ED479D" w:rsidR="00821E8C" w:rsidRDefault="00821E8C"/>
        </w:tc>
      </w:tr>
      <w:tr w:rsidR="00821E8C" w14:paraId="3411FABE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A407177" w14:textId="77777777" w:rsidR="00821E8C" w:rsidRDefault="00E8100A">
            <w:r>
              <w:t>Web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4DC882" w14:textId="77777777" w:rsidR="00821E8C" w:rsidRDefault="00821E8C"/>
        </w:tc>
      </w:tr>
    </w:tbl>
    <w:p w14:paraId="30CD2ADC" w14:textId="77777777" w:rsidR="00821E8C" w:rsidRDefault="00821E8C">
      <w:pPr>
        <w:spacing w:after="4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6301BEA5" w14:textId="77777777">
        <w:trPr>
          <w:trHeight w:val="385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9F1F99C" w14:textId="77777777" w:rsidR="00821E8C" w:rsidRDefault="00E8100A">
            <w:pPr>
              <w:jc w:val="center"/>
            </w:pPr>
            <w:r>
              <w:rPr>
                <w:sz w:val="23"/>
              </w:rPr>
              <w:t>Bankovní spojení žadatele</w:t>
            </w:r>
          </w:p>
        </w:tc>
      </w:tr>
      <w:tr w:rsidR="00821E8C" w14:paraId="718A7075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FBAC23" w14:textId="77777777" w:rsidR="00821E8C" w:rsidRDefault="00E8100A">
            <w:r>
              <w:t>Číslo účtu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079FA4" w14:textId="62282A9A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D844A1D" w14:textId="77777777" w:rsidR="00821E8C" w:rsidRDefault="00E8100A">
            <w:r>
              <w:t>Kód banky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71C3E2F" w14:textId="77777777" w:rsidR="00821E8C" w:rsidRDefault="00821E8C"/>
        </w:tc>
      </w:tr>
      <w:tr w:rsidR="00821E8C" w14:paraId="3C55512D" w14:textId="77777777">
        <w:trPr>
          <w:trHeight w:val="566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091B1C" w14:textId="77777777" w:rsidR="00821E8C" w:rsidRDefault="00E8100A">
            <w:r>
              <w:t>Název peněžního</w:t>
            </w:r>
            <w:r>
              <w:br/>
              <w:t>ústavu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61DC82" w14:textId="77777777" w:rsidR="00821E8C" w:rsidRDefault="00821E8C"/>
        </w:tc>
      </w:tr>
    </w:tbl>
    <w:p w14:paraId="3017FF0B" w14:textId="77777777" w:rsidR="00821E8C" w:rsidRDefault="00821E8C">
      <w:pPr>
        <w:spacing w:after="4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9071"/>
      </w:tblGrid>
      <w:tr w:rsidR="00821E8C" w14:paraId="50C72487" w14:textId="77777777">
        <w:trPr>
          <w:trHeight w:val="765"/>
          <w:jc w:val="center"/>
        </w:trPr>
        <w:tc>
          <w:tcPr>
            <w:tcW w:w="9071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3A01EB7" w14:textId="77777777" w:rsidR="00821E8C" w:rsidRDefault="00E8100A">
            <w:r>
              <w:t>Je-li žadatel právnickou osobou, uvede informace o identifikaci osob jednajících jménem žadatele</w:t>
            </w:r>
            <w:r>
              <w:br/>
              <w:t>s uvedením, zda tyto jednají jako jeho statutární orgán nebo zda tyto osoby jednají na základě</w:t>
            </w:r>
            <w:r>
              <w:br/>
              <w:t>udělené plné moci.</w:t>
            </w:r>
          </w:p>
        </w:tc>
      </w:tr>
      <w:tr w:rsidR="00821E8C" w14:paraId="2C81DEA1" w14:textId="77777777">
        <w:trPr>
          <w:trHeight w:val="453"/>
          <w:jc w:val="center"/>
        </w:trPr>
        <w:tc>
          <w:tcPr>
            <w:tcW w:w="907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2D124EA" w14:textId="77777777" w:rsidR="00821E8C" w:rsidRDefault="00821E8C"/>
        </w:tc>
      </w:tr>
    </w:tbl>
    <w:p w14:paraId="0D46941F" w14:textId="77777777" w:rsidR="00821E8C" w:rsidRDefault="00E8100A">
      <w:r>
        <w:br w:type="page"/>
      </w: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75EF7EF1" w14:textId="77777777">
        <w:trPr>
          <w:trHeight w:val="362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AD1445" w14:textId="77777777" w:rsidR="00821E8C" w:rsidRDefault="00E8100A">
            <w:pPr>
              <w:jc w:val="center"/>
            </w:pPr>
            <w:r>
              <w:rPr>
                <w:sz w:val="23"/>
              </w:rPr>
              <w:lastRenderedPageBreak/>
              <w:t>Statutární orgán č. 1*</w:t>
            </w:r>
          </w:p>
        </w:tc>
      </w:tr>
      <w:tr w:rsidR="00821E8C" w14:paraId="321A0C61" w14:textId="77777777">
        <w:trPr>
          <w:trHeight w:val="317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E5E89F" w14:textId="77777777" w:rsidR="00821E8C" w:rsidRDefault="00E8100A">
            <w:r>
              <w:rPr>
                <w:sz w:val="21"/>
              </w:rPr>
              <w:t>*Ve smlouvě bude uveden jako zástupce příjemce v případě poskytnutí dotace.</w:t>
            </w:r>
          </w:p>
        </w:tc>
      </w:tr>
      <w:tr w:rsidR="00821E8C" w14:paraId="587DB780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59BF61" w14:textId="77777777" w:rsidR="00821E8C" w:rsidRDefault="00E8100A">
            <w:r>
              <w:rPr>
                <w:sz w:val="21"/>
              </w:rPr>
              <w:t>Jméno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0FB36C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62FF24" w14:textId="77777777" w:rsidR="00821E8C" w:rsidRDefault="00E8100A">
            <w:r>
              <w:rPr>
                <w:sz w:val="21"/>
              </w:rPr>
              <w:t>Titul před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E2D7CD" w14:textId="77777777" w:rsidR="00821E8C" w:rsidRDefault="00821E8C"/>
        </w:tc>
      </w:tr>
      <w:tr w:rsidR="00821E8C" w14:paraId="27AFB358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9F59625" w14:textId="77777777" w:rsidR="00821E8C" w:rsidRDefault="00E8100A">
            <w:r>
              <w:rPr>
                <w:sz w:val="21"/>
              </w:rPr>
              <w:t>Příjmení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D8DF1D2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82B9BE" w14:textId="77777777" w:rsidR="00821E8C" w:rsidRDefault="00E8100A">
            <w:r>
              <w:rPr>
                <w:sz w:val="21"/>
              </w:rPr>
              <w:t>Titul za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71C6732" w14:textId="77777777" w:rsidR="00821E8C" w:rsidRDefault="00821E8C"/>
        </w:tc>
      </w:tr>
      <w:tr w:rsidR="00821E8C" w14:paraId="017A583F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A800A11" w14:textId="77777777" w:rsidR="00821E8C" w:rsidRDefault="00E8100A">
            <w:r>
              <w:rPr>
                <w:sz w:val="21"/>
              </w:rPr>
              <w:t>Funkce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0EF283" w14:textId="77777777" w:rsidR="00821E8C" w:rsidRDefault="00821E8C"/>
        </w:tc>
      </w:tr>
      <w:tr w:rsidR="00821E8C" w14:paraId="1EB3ED95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981565" w14:textId="77777777" w:rsidR="00821E8C" w:rsidRDefault="00E8100A">
            <w:r>
              <w:rPr>
                <w:sz w:val="21"/>
              </w:rPr>
              <w:t>Ulice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79997C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A020E86" w14:textId="77777777" w:rsidR="00821E8C" w:rsidRDefault="00E8100A">
            <w:r>
              <w:rPr>
                <w:sz w:val="21"/>
              </w:rPr>
              <w:t>č. p., č. o.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BF41AC6" w14:textId="77777777" w:rsidR="00821E8C" w:rsidRDefault="00821E8C"/>
        </w:tc>
      </w:tr>
      <w:tr w:rsidR="00821E8C" w14:paraId="58C8C0DE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7AE23D3" w14:textId="77777777" w:rsidR="00821E8C" w:rsidRDefault="00E8100A">
            <w:r>
              <w:rPr>
                <w:sz w:val="21"/>
              </w:rPr>
              <w:t>Obec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A1466B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175EF2" w14:textId="77777777" w:rsidR="00821E8C" w:rsidRDefault="00E8100A">
            <w:r>
              <w:rPr>
                <w:sz w:val="21"/>
              </w:rPr>
              <w:t>PSČ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7A24F4A" w14:textId="77777777" w:rsidR="00821E8C" w:rsidRDefault="00821E8C"/>
        </w:tc>
      </w:tr>
      <w:tr w:rsidR="00821E8C" w14:paraId="2B79196C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9BEF93" w14:textId="77777777" w:rsidR="00821E8C" w:rsidRDefault="00E8100A">
            <w:r>
              <w:rPr>
                <w:sz w:val="21"/>
              </w:rPr>
              <w:t>Městská část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42959A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71D516" w14:textId="77777777" w:rsidR="00821E8C" w:rsidRDefault="00E8100A">
            <w:r>
              <w:rPr>
                <w:sz w:val="21"/>
              </w:rPr>
              <w:t>Správní obvod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408AA47" w14:textId="77777777" w:rsidR="00821E8C" w:rsidRDefault="00821E8C"/>
        </w:tc>
      </w:tr>
      <w:tr w:rsidR="00821E8C" w14:paraId="4DBF4B70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FD0FD7A" w14:textId="77777777" w:rsidR="00821E8C" w:rsidRDefault="00E8100A">
            <w:r>
              <w:rPr>
                <w:sz w:val="21"/>
              </w:rPr>
              <w:t>Telefon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9928D4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1C0425A" w14:textId="77777777" w:rsidR="00821E8C" w:rsidRDefault="00E8100A">
            <w:r>
              <w:rPr>
                <w:sz w:val="21"/>
              </w:rPr>
              <w:t>Mobil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7BE61EB" w14:textId="77777777" w:rsidR="00821E8C" w:rsidRDefault="00821E8C"/>
        </w:tc>
      </w:tr>
      <w:tr w:rsidR="00821E8C" w14:paraId="547E5B27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EBDE413" w14:textId="77777777" w:rsidR="00821E8C" w:rsidRDefault="00E8100A">
            <w:r>
              <w:rPr>
                <w:sz w:val="21"/>
              </w:rPr>
              <w:t>E-mail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5E38552" w14:textId="77777777" w:rsidR="00821E8C" w:rsidRDefault="00821E8C"/>
        </w:tc>
      </w:tr>
    </w:tbl>
    <w:p w14:paraId="0E7BC222" w14:textId="77777777" w:rsidR="00821E8C" w:rsidRDefault="00821E8C">
      <w:pPr>
        <w:spacing w:after="2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131BC5CF" w14:textId="77777777">
        <w:trPr>
          <w:trHeight w:val="362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D35976" w14:textId="77777777" w:rsidR="00821E8C" w:rsidRDefault="00E8100A">
            <w:pPr>
              <w:jc w:val="center"/>
            </w:pPr>
            <w:r>
              <w:rPr>
                <w:sz w:val="23"/>
              </w:rPr>
              <w:t>Statutární orgán č. 2</w:t>
            </w:r>
          </w:p>
        </w:tc>
      </w:tr>
      <w:tr w:rsidR="00821E8C" w14:paraId="7394A249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B8043AF" w14:textId="77777777" w:rsidR="00821E8C" w:rsidRDefault="00E8100A">
            <w:r>
              <w:rPr>
                <w:sz w:val="21"/>
              </w:rPr>
              <w:t>Jméno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B14DDD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7050775" w14:textId="77777777" w:rsidR="00821E8C" w:rsidRDefault="00E8100A">
            <w:r>
              <w:rPr>
                <w:sz w:val="21"/>
              </w:rPr>
              <w:t>Titul před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FBC3D5" w14:textId="77777777" w:rsidR="00821E8C" w:rsidRDefault="00821E8C"/>
        </w:tc>
      </w:tr>
      <w:tr w:rsidR="00821E8C" w14:paraId="52613079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822B78B" w14:textId="77777777" w:rsidR="00821E8C" w:rsidRDefault="00E8100A">
            <w:r>
              <w:rPr>
                <w:sz w:val="21"/>
              </w:rPr>
              <w:t>Příjmení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E80E0F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F7048FE" w14:textId="77777777" w:rsidR="00821E8C" w:rsidRDefault="00E8100A">
            <w:r>
              <w:rPr>
                <w:sz w:val="21"/>
              </w:rPr>
              <w:t>Titul za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1ACEF32" w14:textId="77777777" w:rsidR="00821E8C" w:rsidRDefault="00821E8C"/>
        </w:tc>
      </w:tr>
      <w:tr w:rsidR="00821E8C" w14:paraId="4A41B992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58D6D97" w14:textId="77777777" w:rsidR="00821E8C" w:rsidRDefault="00E8100A">
            <w:r>
              <w:rPr>
                <w:sz w:val="21"/>
              </w:rPr>
              <w:t>Funkce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DB23FAD" w14:textId="77777777" w:rsidR="00821E8C" w:rsidRDefault="00821E8C"/>
        </w:tc>
      </w:tr>
      <w:tr w:rsidR="00821E8C" w14:paraId="4F12B52F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678FB31" w14:textId="77777777" w:rsidR="00821E8C" w:rsidRDefault="00E8100A">
            <w:r>
              <w:rPr>
                <w:sz w:val="21"/>
              </w:rPr>
              <w:t>Ulice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A4968E1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D497706" w14:textId="77777777" w:rsidR="00821E8C" w:rsidRDefault="00E8100A">
            <w:r>
              <w:rPr>
                <w:sz w:val="21"/>
              </w:rPr>
              <w:t>č. p., č. o.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68019D" w14:textId="77777777" w:rsidR="00821E8C" w:rsidRDefault="00821E8C"/>
        </w:tc>
      </w:tr>
      <w:tr w:rsidR="00821E8C" w14:paraId="750FEC3B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BBD9B0D" w14:textId="77777777" w:rsidR="00821E8C" w:rsidRDefault="00E8100A">
            <w:r>
              <w:rPr>
                <w:sz w:val="21"/>
              </w:rPr>
              <w:t>Obec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F2066E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6ED9975" w14:textId="77777777" w:rsidR="00821E8C" w:rsidRDefault="00E8100A">
            <w:r>
              <w:rPr>
                <w:sz w:val="21"/>
              </w:rPr>
              <w:t>PSČ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424DBC4" w14:textId="77777777" w:rsidR="00821E8C" w:rsidRDefault="00821E8C"/>
        </w:tc>
      </w:tr>
      <w:tr w:rsidR="00821E8C" w14:paraId="20E010F7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EE68133" w14:textId="77777777" w:rsidR="00821E8C" w:rsidRDefault="00E8100A">
            <w:r>
              <w:rPr>
                <w:sz w:val="21"/>
              </w:rPr>
              <w:t>Městská část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BF785C6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D3EDB3" w14:textId="77777777" w:rsidR="00821E8C" w:rsidRDefault="00E8100A">
            <w:r>
              <w:rPr>
                <w:sz w:val="21"/>
              </w:rPr>
              <w:t>Správní obvod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52ADBE" w14:textId="77777777" w:rsidR="00821E8C" w:rsidRDefault="00821E8C"/>
        </w:tc>
      </w:tr>
      <w:tr w:rsidR="00821E8C" w14:paraId="52E90930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F79D62" w14:textId="77777777" w:rsidR="00821E8C" w:rsidRDefault="00E8100A">
            <w:r>
              <w:rPr>
                <w:sz w:val="21"/>
              </w:rPr>
              <w:t>Telefon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C5DA7A6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F5461F" w14:textId="77777777" w:rsidR="00821E8C" w:rsidRDefault="00E8100A">
            <w:r>
              <w:rPr>
                <w:sz w:val="21"/>
              </w:rPr>
              <w:t>Mobil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F9003A7" w14:textId="77777777" w:rsidR="00821E8C" w:rsidRDefault="00821E8C"/>
        </w:tc>
      </w:tr>
      <w:tr w:rsidR="00821E8C" w14:paraId="06DDFAE3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1126974" w14:textId="77777777" w:rsidR="00821E8C" w:rsidRDefault="00E8100A">
            <w:r>
              <w:rPr>
                <w:sz w:val="21"/>
              </w:rPr>
              <w:t>E-mail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A645A03" w14:textId="77777777" w:rsidR="00821E8C" w:rsidRDefault="00821E8C"/>
        </w:tc>
      </w:tr>
    </w:tbl>
    <w:p w14:paraId="0CEE891F" w14:textId="77777777" w:rsidR="00821E8C" w:rsidRDefault="00821E8C">
      <w:pPr>
        <w:spacing w:after="2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21"/>
      </w:tblGrid>
      <w:tr w:rsidR="00821E8C" w14:paraId="7BBE3B4C" w14:textId="77777777">
        <w:trPr>
          <w:trHeight w:val="362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60F15A5" w14:textId="77777777" w:rsidR="00821E8C" w:rsidRDefault="00E8100A">
            <w:pPr>
              <w:jc w:val="center"/>
            </w:pPr>
            <w:r>
              <w:rPr>
                <w:sz w:val="23"/>
              </w:rPr>
              <w:t>Osoba jednající na základě plné moci*</w:t>
            </w:r>
          </w:p>
        </w:tc>
      </w:tr>
      <w:tr w:rsidR="00821E8C" w14:paraId="2E49A278" w14:textId="77777777">
        <w:trPr>
          <w:trHeight w:val="317"/>
          <w:jc w:val="center"/>
        </w:trPr>
        <w:tc>
          <w:tcPr>
            <w:tcW w:w="9070" w:type="dxa"/>
            <w:gridSpan w:val="4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BF5C314" w14:textId="77777777" w:rsidR="00821E8C" w:rsidRDefault="00E8100A">
            <w:r>
              <w:rPr>
                <w:sz w:val="21"/>
              </w:rPr>
              <w:t>*Osoba zastupující statutární orgán na základě plné moci (či jiného obdobného dokumentu).</w:t>
            </w:r>
          </w:p>
        </w:tc>
      </w:tr>
      <w:tr w:rsidR="00821E8C" w14:paraId="698E4107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9EAA504" w14:textId="77777777" w:rsidR="00821E8C" w:rsidRDefault="00E8100A">
            <w:r>
              <w:rPr>
                <w:sz w:val="21"/>
              </w:rPr>
              <w:t>Jméno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C978FA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132BF39" w14:textId="77777777" w:rsidR="00821E8C" w:rsidRDefault="00E8100A">
            <w:r>
              <w:rPr>
                <w:sz w:val="21"/>
              </w:rPr>
              <w:t>Titul před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DED495" w14:textId="77777777" w:rsidR="00821E8C" w:rsidRDefault="00821E8C"/>
        </w:tc>
      </w:tr>
      <w:tr w:rsidR="00821E8C" w14:paraId="498CDFCB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1618EC6" w14:textId="77777777" w:rsidR="00821E8C" w:rsidRDefault="00E8100A">
            <w:r>
              <w:rPr>
                <w:sz w:val="21"/>
              </w:rPr>
              <w:t>Příjmení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6AF049D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50EE33" w14:textId="77777777" w:rsidR="00821E8C" w:rsidRDefault="00E8100A">
            <w:r>
              <w:rPr>
                <w:sz w:val="21"/>
              </w:rPr>
              <w:t>Titul za jménem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2CEFB56" w14:textId="77777777" w:rsidR="00821E8C" w:rsidRDefault="00821E8C"/>
        </w:tc>
      </w:tr>
      <w:tr w:rsidR="00821E8C" w14:paraId="52C9DEC1" w14:textId="77777777">
        <w:trPr>
          <w:trHeight w:val="408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C724883" w14:textId="77777777" w:rsidR="00821E8C" w:rsidRDefault="00E8100A">
            <w:r>
              <w:rPr>
                <w:sz w:val="21"/>
              </w:rPr>
              <w:t>Funkce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754944C" w14:textId="77777777" w:rsidR="00821E8C" w:rsidRDefault="00821E8C"/>
        </w:tc>
      </w:tr>
      <w:tr w:rsidR="00821E8C" w14:paraId="19A6BECA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5738654" w14:textId="77777777" w:rsidR="00821E8C" w:rsidRDefault="00E8100A">
            <w:r>
              <w:rPr>
                <w:sz w:val="21"/>
              </w:rPr>
              <w:t>Ulice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BF513CA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4050CF7" w14:textId="77777777" w:rsidR="00821E8C" w:rsidRDefault="00E8100A">
            <w:r>
              <w:rPr>
                <w:sz w:val="21"/>
              </w:rPr>
              <w:t>č. p., č. o.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0CF3EBE" w14:textId="77777777" w:rsidR="00821E8C" w:rsidRDefault="00821E8C"/>
        </w:tc>
      </w:tr>
      <w:tr w:rsidR="00821E8C" w14:paraId="3C481229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CF214F7" w14:textId="77777777" w:rsidR="00821E8C" w:rsidRDefault="00E8100A">
            <w:r>
              <w:rPr>
                <w:sz w:val="21"/>
              </w:rPr>
              <w:t>Obec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E1B0971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46195A" w14:textId="77777777" w:rsidR="00821E8C" w:rsidRDefault="00E8100A">
            <w:r>
              <w:rPr>
                <w:sz w:val="21"/>
              </w:rPr>
              <w:t>PSČ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4781B6" w14:textId="77777777" w:rsidR="00821E8C" w:rsidRDefault="00821E8C"/>
        </w:tc>
      </w:tr>
      <w:tr w:rsidR="00821E8C" w14:paraId="4398B515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3ED903A" w14:textId="77777777" w:rsidR="00821E8C" w:rsidRDefault="00E8100A">
            <w:r>
              <w:rPr>
                <w:sz w:val="21"/>
              </w:rPr>
              <w:lastRenderedPageBreak/>
              <w:t>Městská část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BC2D909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D0D118D" w14:textId="77777777" w:rsidR="00821E8C" w:rsidRDefault="00E8100A">
            <w:r>
              <w:rPr>
                <w:sz w:val="21"/>
              </w:rPr>
              <w:t>Správní obvod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9671B8D" w14:textId="77777777" w:rsidR="00821E8C" w:rsidRDefault="00821E8C"/>
        </w:tc>
      </w:tr>
      <w:tr w:rsidR="00821E8C" w14:paraId="5D399803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467BDB2" w14:textId="77777777" w:rsidR="00821E8C" w:rsidRDefault="00E8100A">
            <w:r>
              <w:rPr>
                <w:sz w:val="21"/>
              </w:rPr>
              <w:t>Telefon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AE5320D" w14:textId="77777777" w:rsidR="00821E8C" w:rsidRDefault="00821E8C"/>
        </w:tc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5BDF524" w14:textId="77777777" w:rsidR="00821E8C" w:rsidRDefault="00E8100A">
            <w:r>
              <w:rPr>
                <w:sz w:val="21"/>
              </w:rPr>
              <w:t>Mobil</w:t>
            </w:r>
          </w:p>
        </w:tc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53722671" w14:textId="77777777" w:rsidR="00821E8C" w:rsidRDefault="00821E8C"/>
        </w:tc>
      </w:tr>
      <w:tr w:rsidR="00821E8C" w14:paraId="65940118" w14:textId="77777777">
        <w:trPr>
          <w:trHeight w:val="374"/>
          <w:jc w:val="center"/>
        </w:trPr>
        <w:tc>
          <w:tcPr>
            <w:tcW w:w="1814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899890" w14:textId="77777777" w:rsidR="00821E8C" w:rsidRDefault="00E8100A">
            <w:r>
              <w:rPr>
                <w:sz w:val="21"/>
              </w:rPr>
              <w:t>E-mail</w:t>
            </w:r>
          </w:p>
        </w:tc>
        <w:tc>
          <w:tcPr>
            <w:tcW w:w="7256" w:type="dxa"/>
            <w:gridSpan w:val="3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AAE8E41" w14:textId="77777777" w:rsidR="00821E8C" w:rsidRDefault="00821E8C"/>
        </w:tc>
      </w:tr>
    </w:tbl>
    <w:p w14:paraId="79FAD95F" w14:textId="77777777" w:rsidR="00821E8C" w:rsidRDefault="00821E8C">
      <w:pPr>
        <w:spacing w:after="20"/>
      </w:pPr>
    </w:p>
    <w:tbl>
      <w:tblPr>
        <w:tblStyle w:val="Mkatabulky"/>
        <w:tblpPr w:leftFromText="141" w:rightFromText="141" w:vertAnchor="text" w:horzAnchor="margin" w:tblpY="1009"/>
        <w:tblW w:w="0" w:type="auto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6350"/>
        <w:gridCol w:w="2721"/>
      </w:tblGrid>
      <w:tr w:rsidR="00180ABC" w14:paraId="7DA15589" w14:textId="77777777" w:rsidTr="00180ABC">
        <w:trPr>
          <w:trHeight w:val="521"/>
          <w:tblHeader/>
        </w:trPr>
        <w:tc>
          <w:tcPr>
            <w:tcW w:w="6350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5296BE" w14:textId="77777777" w:rsidR="00180ABC" w:rsidRDefault="00180ABC" w:rsidP="00180ABC">
            <w:r>
              <w:t>Název zařízení poskytovatele dle Registru poskytovatelů sociálních služeb MPSV</w:t>
            </w:r>
          </w:p>
        </w:tc>
        <w:tc>
          <w:tcPr>
            <w:tcW w:w="2721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6DE970" w14:textId="77777777" w:rsidR="00180ABC" w:rsidRDefault="00180ABC" w:rsidP="00180ABC">
            <w:pPr>
              <w:jc w:val="center"/>
            </w:pPr>
            <w:r>
              <w:t>Číslo registrace</w:t>
            </w:r>
          </w:p>
        </w:tc>
      </w:tr>
      <w:tr w:rsidR="00180ABC" w14:paraId="57C862CE" w14:textId="77777777" w:rsidTr="00180ABC">
        <w:trPr>
          <w:trHeight w:val="425"/>
        </w:trPr>
        <w:sdt>
          <w:sdtPr>
            <w:alias w:val="Seznam2"/>
            <w:tag w:val="Seznam2"/>
            <w:id w:val="-1303691971"/>
            <w:lock w:val="sdtLocked"/>
            <w:placeholder>
              <w:docPart w:val="DefaultPlaceholder_-1854013438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315B5FAF" w14:textId="34219CB4" w:rsidR="00180ABC" w:rsidRDefault="00040BB3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9727A3E" w14:textId="088566CF" w:rsidR="00180ABC" w:rsidRDefault="00180ABC" w:rsidP="00180ABC"/>
        </w:tc>
      </w:tr>
      <w:tr w:rsidR="00180ABC" w14:paraId="37696E7F" w14:textId="77777777" w:rsidTr="00180ABC">
        <w:trPr>
          <w:trHeight w:val="425"/>
        </w:trPr>
        <w:sdt>
          <w:sdtPr>
            <w:alias w:val="Seznam2"/>
            <w:tag w:val="Seznam2"/>
            <w:id w:val="-1135016181"/>
            <w:placeholder>
              <w:docPart w:val="CE8E6D1267424A0AAD17FA1C6770478E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3D836136" w14:textId="2BF57F03" w:rsidR="00180ABC" w:rsidRDefault="00FC4BBF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4352F6D" w14:textId="04167002" w:rsidR="00180ABC" w:rsidRDefault="00180ABC" w:rsidP="00180ABC"/>
        </w:tc>
      </w:tr>
      <w:tr w:rsidR="00180ABC" w14:paraId="2B01A8E8" w14:textId="77777777" w:rsidTr="00180ABC">
        <w:trPr>
          <w:trHeight w:val="425"/>
        </w:trPr>
        <w:sdt>
          <w:sdtPr>
            <w:alias w:val="Seznam2"/>
            <w:tag w:val="Seznam2"/>
            <w:id w:val="-1672712175"/>
            <w:placeholder>
              <w:docPart w:val="6E9C90D961D44A06B8ECAA9245995C29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62C0C864" w14:textId="5E32FFF4" w:rsidR="00180ABC" w:rsidRDefault="00C01B12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18D47E65" w14:textId="65922A7A" w:rsidR="00180ABC" w:rsidRDefault="00180ABC" w:rsidP="00180ABC"/>
        </w:tc>
      </w:tr>
      <w:tr w:rsidR="00180ABC" w14:paraId="5B5522FC" w14:textId="77777777" w:rsidTr="00180ABC">
        <w:trPr>
          <w:trHeight w:val="425"/>
        </w:trPr>
        <w:sdt>
          <w:sdtPr>
            <w:alias w:val="Seznam2"/>
            <w:tag w:val="Seznam2"/>
            <w:id w:val="-2029326210"/>
            <w:placeholder>
              <w:docPart w:val="67A37FE2F1B54CC08338FABDFAC85543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79B9994E" w14:textId="7EA9E8AA" w:rsidR="00180ABC" w:rsidRDefault="00C01B12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03B3B0C" w14:textId="574FC508" w:rsidR="00180ABC" w:rsidRDefault="00180ABC" w:rsidP="00180ABC"/>
        </w:tc>
      </w:tr>
      <w:tr w:rsidR="00180ABC" w14:paraId="534922FB" w14:textId="77777777" w:rsidTr="00180ABC">
        <w:trPr>
          <w:trHeight w:val="425"/>
        </w:trPr>
        <w:sdt>
          <w:sdtPr>
            <w:alias w:val="Seznam2"/>
            <w:tag w:val="Seznam2"/>
            <w:id w:val="-111753672"/>
            <w:placeholder>
              <w:docPart w:val="2F3460D9E8D0488CA032A4DBBF876BD6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6C2BFF67" w14:textId="49CD2596" w:rsidR="00180ABC" w:rsidRDefault="00FC4BBF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EF1F4CC" w14:textId="5E27C614" w:rsidR="00180ABC" w:rsidRDefault="00180ABC" w:rsidP="00180ABC"/>
        </w:tc>
      </w:tr>
      <w:tr w:rsidR="00180ABC" w14:paraId="485760BD" w14:textId="77777777" w:rsidTr="00180ABC">
        <w:trPr>
          <w:trHeight w:val="425"/>
        </w:trPr>
        <w:sdt>
          <w:sdtPr>
            <w:alias w:val="Seznam2"/>
            <w:tag w:val="Seznam2"/>
            <w:id w:val="-1254277323"/>
            <w:placeholder>
              <w:docPart w:val="9E59E2F09F154908BD5EFE4B91BFD9BF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37CFCE2D" w14:textId="4F0B0F8E" w:rsidR="00180ABC" w:rsidRDefault="00FC4BBF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3A2569C4" w14:textId="7660A4D5" w:rsidR="00180ABC" w:rsidRDefault="00180ABC" w:rsidP="00180ABC"/>
        </w:tc>
      </w:tr>
      <w:tr w:rsidR="00180ABC" w14:paraId="7F26F11C" w14:textId="77777777" w:rsidTr="00180ABC">
        <w:trPr>
          <w:trHeight w:val="425"/>
        </w:trPr>
        <w:sdt>
          <w:sdtPr>
            <w:alias w:val="Seznam2"/>
            <w:tag w:val="Seznam2"/>
            <w:id w:val="-21867341"/>
            <w:placeholder>
              <w:docPart w:val="6800ADF3B42741C5AEEA381054C1F49C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5B271903" w14:textId="25ACB769" w:rsidR="00180ABC" w:rsidRDefault="00FC4BBF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5F76694" w14:textId="6E04F51C" w:rsidR="00180ABC" w:rsidRDefault="00180ABC" w:rsidP="00180ABC"/>
        </w:tc>
      </w:tr>
      <w:tr w:rsidR="00180ABC" w14:paraId="27690CC1" w14:textId="77777777" w:rsidTr="00180ABC">
        <w:trPr>
          <w:trHeight w:val="425"/>
        </w:trPr>
        <w:sdt>
          <w:sdtPr>
            <w:alias w:val="Seznam2"/>
            <w:tag w:val="Seznam2"/>
            <w:id w:val="836421950"/>
            <w:placeholder>
              <w:docPart w:val="80A588BDE8D747B491D32AD50DBAD96D"/>
            </w:placeholder>
            <w:dropDownList>
              <w:listItem w:displayText=" " w:value=" "/>
            </w:dropDownList>
          </w:sdtPr>
          <w:sdtEndPr/>
          <w:sdtContent>
            <w:tc>
              <w:tcPr>
                <w:tcW w:w="6350" w:type="dxa"/>
                <w:tcMar>
                  <w:top w:w="60" w:type="dxa"/>
                  <w:left w:w="70" w:type="dxa"/>
                  <w:bottom w:w="60" w:type="dxa"/>
                  <w:right w:w="70" w:type="dxa"/>
                </w:tcMar>
                <w:vAlign w:val="center"/>
              </w:tcPr>
              <w:p w14:paraId="13FCCBF7" w14:textId="711E0D19" w:rsidR="00180ABC" w:rsidRDefault="00FC4BBF" w:rsidP="00180ABC">
                <w:r>
                  <w:t xml:space="preserve"> </w:t>
                </w:r>
              </w:p>
            </w:tc>
          </w:sdtContent>
        </w:sdt>
        <w:tc>
          <w:tcPr>
            <w:tcW w:w="272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42981E5" w14:textId="28E97D88" w:rsidR="00180ABC" w:rsidRDefault="00180ABC" w:rsidP="00180ABC"/>
        </w:tc>
      </w:tr>
    </w:tbl>
    <w:tbl>
      <w:tblPr>
        <w:tblStyle w:val="Mkatabulky"/>
        <w:tblpPr w:leftFromText="141" w:rightFromText="141" w:vertAnchor="text" w:horzAnchor="margin" w:tblpY="508"/>
        <w:tblW w:w="0" w:type="auto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9071"/>
      </w:tblGrid>
      <w:tr w:rsidR="00180ABC" w14:paraId="6E3FC999" w14:textId="77777777" w:rsidTr="00180ABC">
        <w:trPr>
          <w:trHeight w:val="340"/>
        </w:trPr>
        <w:tc>
          <w:tcPr>
            <w:tcW w:w="9071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3592726" w14:textId="77777777" w:rsidR="00180ABC" w:rsidRDefault="00180ABC" w:rsidP="00180ABC">
            <w:pPr>
              <w:jc w:val="center"/>
            </w:pPr>
            <w:r>
              <w:rPr>
                <w:b/>
                <w:sz w:val="23"/>
              </w:rPr>
              <w:t>Seznam Specifické části B) Žádosti</w:t>
            </w:r>
          </w:p>
        </w:tc>
      </w:tr>
    </w:tbl>
    <w:tbl>
      <w:tblPr>
        <w:tblStyle w:val="Mkatabulky"/>
        <w:tblpPr w:leftFromText="141" w:rightFromText="141" w:vertAnchor="text" w:horzAnchor="margin" w:tblpY="6924"/>
        <w:tblW w:w="0" w:type="auto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9071"/>
      </w:tblGrid>
      <w:tr w:rsidR="00583C97" w14:paraId="31D3B060" w14:textId="77777777" w:rsidTr="00583C97">
        <w:trPr>
          <w:trHeight w:val="538"/>
        </w:trPr>
        <w:tc>
          <w:tcPr>
            <w:tcW w:w="9071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94AB377" w14:textId="77777777" w:rsidR="00583C97" w:rsidRDefault="00583C97" w:rsidP="00583C97">
            <w:r>
              <w:t>INFORMACE O SKUTEČNÉM MAJITELI PRÁVNICKÉ OSOBY dle zákona č. 37/2021 Sb., o</w:t>
            </w:r>
            <w:r>
              <w:br/>
              <w:t>evidenci skutečných majitelů</w:t>
            </w:r>
            <w:r>
              <w:rPr>
                <w:rStyle w:val="Znakapoznpodarou"/>
              </w:rPr>
              <w:footnoteReference w:id="1"/>
            </w:r>
          </w:p>
        </w:tc>
      </w:tr>
      <w:tr w:rsidR="00583C97" w14:paraId="7A3C977A" w14:textId="77777777" w:rsidTr="00583C97">
        <w:trPr>
          <w:trHeight w:val="2047"/>
        </w:trPr>
        <w:tc>
          <w:tcPr>
            <w:tcW w:w="907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21222C0B" w14:textId="77777777" w:rsidR="00583C97" w:rsidRDefault="00583C97" w:rsidP="00583C97">
            <w:pPr>
              <w:spacing w:after="40"/>
            </w:pPr>
            <w:r>
              <w:t xml:space="preserve">Žadatel je povinen poskytnout údaje o skutečném majiteli právnické osoby podle zákona upravujícího evidenci skutečných majitelů </w:t>
            </w:r>
            <w:r>
              <w:rPr>
                <w:b/>
              </w:rPr>
              <w:t>ve formě úplného výpisu</w:t>
            </w:r>
            <w:r>
              <w:t xml:space="preserve"> platných údajů a údajů, které byly vymazány bez náhrady nebo s nahrazením novými údaji, jedná-li se o evidující osobu - </w:t>
            </w:r>
            <w:r>
              <w:rPr>
                <w:b/>
              </w:rPr>
              <w:t>výpis nesmí být starší 90 ke dni podání Žádosti;</w:t>
            </w:r>
          </w:p>
          <w:p w14:paraId="37005B51" w14:textId="77777777" w:rsidR="00583C97" w:rsidRDefault="00583C97" w:rsidP="00583C97">
            <w:pPr>
              <w:spacing w:after="40"/>
            </w:pPr>
            <w:r>
              <w:t xml:space="preserve">V případě, že je žadatel o dotaci </w:t>
            </w:r>
            <w:r>
              <w:rPr>
                <w:b/>
              </w:rPr>
              <w:t>zahraniční právnickou osobou</w:t>
            </w:r>
            <w:r>
              <w:t>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stanovy:</w:t>
            </w:r>
          </w:p>
          <w:p w14:paraId="23BC0A8B" w14:textId="77777777" w:rsidR="00583C97" w:rsidRDefault="00583C97" w:rsidP="00583C97">
            <w:r>
              <w:t>Skutečný majitel: ........................................</w:t>
            </w:r>
          </w:p>
          <w:p w14:paraId="7FED4159" w14:textId="77777777" w:rsidR="00583C97" w:rsidRDefault="00583C97" w:rsidP="00583C97">
            <w:r>
              <w:lastRenderedPageBreak/>
              <w:t>(příslušný úplný výpis z evidence přílohou žádosti)</w:t>
            </w:r>
          </w:p>
          <w:p w14:paraId="4BF0DEC7" w14:textId="77777777" w:rsidR="00583C97" w:rsidRDefault="00583C97" w:rsidP="00583C97">
            <w:r>
              <w:t>nebo</w:t>
            </w:r>
          </w:p>
          <w:p w14:paraId="729F6469" w14:textId="77777777" w:rsidR="00583C97" w:rsidRDefault="00583C97" w:rsidP="00583C97">
            <w:r>
              <w:t>Identifikační údaje osob, které jsou skutečným majitelem zahraniční právnické</w:t>
            </w:r>
          </w:p>
          <w:p w14:paraId="67DC1477" w14:textId="77777777" w:rsidR="00583C97" w:rsidRDefault="00583C97" w:rsidP="00583C97">
            <w:r>
              <w:t>osoby: ...............................</w:t>
            </w:r>
          </w:p>
          <w:p w14:paraId="010A110C" w14:textId="77777777" w:rsidR="00583C97" w:rsidRDefault="00583C97" w:rsidP="00583C97">
            <w:r>
              <w:t>(výpis a/nebo doklady přílohou žádosti)</w:t>
            </w:r>
          </w:p>
        </w:tc>
      </w:tr>
      <w:tr w:rsidR="00583C97" w14:paraId="785867AB" w14:textId="77777777" w:rsidTr="00583C97">
        <w:trPr>
          <w:trHeight w:val="566"/>
        </w:trPr>
        <w:tc>
          <w:tcPr>
            <w:tcW w:w="9071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018C2447" w14:textId="77777777" w:rsidR="00583C97" w:rsidRDefault="00583C97" w:rsidP="00583C97">
            <w:r>
              <w:lastRenderedPageBreak/>
              <w:t>Je-li žadatel právnickou osobou, uvede identifikaci právnických osob, v nichž má přímý podíl, a výši</w:t>
            </w:r>
            <w:r>
              <w:br/>
              <w:t>tohoto podílu</w:t>
            </w:r>
          </w:p>
        </w:tc>
      </w:tr>
      <w:tr w:rsidR="00583C97" w14:paraId="4EB9E7D6" w14:textId="77777777" w:rsidTr="00583C97">
        <w:trPr>
          <w:trHeight w:val="566"/>
        </w:trPr>
        <w:tc>
          <w:tcPr>
            <w:tcW w:w="9071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728E0DF2" w14:textId="77777777" w:rsidR="00583C97" w:rsidRDefault="00583C97" w:rsidP="00583C97"/>
        </w:tc>
      </w:tr>
    </w:tbl>
    <w:p w14:paraId="331EC91D" w14:textId="488622A1" w:rsidR="00821E8C" w:rsidRDefault="00821E8C" w:rsidP="00583C97"/>
    <w:p w14:paraId="7EB0E228" w14:textId="260A3EB1" w:rsidR="00821E8C" w:rsidRDefault="00E8100A" w:rsidP="001A7EF3">
      <w:r>
        <w:rPr>
          <w:sz w:val="23"/>
        </w:rPr>
        <w:t>Nedílnou součástí Žádosti je následující seznam příloh:</w:t>
      </w:r>
    </w:p>
    <w:p w14:paraId="62E11489" w14:textId="77777777" w:rsidR="00821E8C" w:rsidRDefault="00E8100A">
      <w:pPr>
        <w:spacing w:after="100" w:line="240" w:lineRule="auto"/>
        <w:ind w:left="680" w:hanging="680"/>
      </w:pPr>
      <w:r>
        <w:t>1.   Ověřené kopie dokladu oprávnění osoby jednat za žadatele:</w:t>
      </w:r>
    </w:p>
    <w:p w14:paraId="6FDDBD49" w14:textId="4A14D770" w:rsidR="00821E8C" w:rsidRDefault="00E8100A">
      <w:pPr>
        <w:spacing w:after="120" w:line="240" w:lineRule="auto"/>
        <w:ind w:left="567"/>
      </w:pPr>
      <w:r>
        <w:rPr>
          <w:b/>
        </w:rPr>
        <w:t>Statutární orgán</w:t>
      </w:r>
      <w:r>
        <w:t xml:space="preserve"> - oprávnění zastupovat žadatele doloží pouze ten, který toto oprávnění</w:t>
      </w:r>
      <w:r>
        <w:br/>
        <w:t>nemá zapsáno ve veřejném rejstříku (obchodní rejstřík, spolkový rejstřík apod.), v případě</w:t>
      </w:r>
      <w:r>
        <w:br/>
        <w:t>relevantnosti bude doloženo dokladem o volbě statutárního orgánu, spolky doloží zároveň platné znění</w:t>
      </w:r>
      <w:r w:rsidR="00583C97">
        <w:t xml:space="preserve"> </w:t>
      </w:r>
      <w:r>
        <w:t>stanov.</w:t>
      </w:r>
    </w:p>
    <w:p w14:paraId="28B37A7A" w14:textId="77777777" w:rsidR="00821E8C" w:rsidRDefault="00E8100A">
      <w:pPr>
        <w:spacing w:after="120" w:line="240" w:lineRule="auto"/>
        <w:ind w:left="567"/>
      </w:pPr>
      <w:r>
        <w:rPr>
          <w:b/>
        </w:rPr>
        <w:t>Oprávněná pověřená osoba</w:t>
      </w:r>
      <w:r>
        <w:t xml:space="preserve"> - osoba, která může jednat za žadatele místo statutárního orgánu:</w:t>
      </w:r>
      <w:r>
        <w:br/>
        <w:t>jedná-li za žadatele jiná osoba než osoba k tomu oprávněná dle výše uvedených dokladů, musí</w:t>
      </w:r>
      <w:r>
        <w:br/>
        <w:t>předložit zmocnění udělené příslušným statutárním orgánem.</w:t>
      </w:r>
    </w:p>
    <w:p w14:paraId="086E75F6" w14:textId="77777777" w:rsidR="00821E8C" w:rsidRDefault="00E8100A">
      <w:pPr>
        <w:spacing w:after="160" w:line="240" w:lineRule="auto"/>
        <w:ind w:left="567"/>
      </w:pPr>
      <w:r>
        <w:t>Výpisy a dokumenty se předkládají v originále nebo kopii s ověřením pravosti ne starším než 3</w:t>
      </w:r>
      <w:r>
        <w:br/>
        <w:t>měsíců a k elektronické verzi naskenované.</w:t>
      </w:r>
    </w:p>
    <w:p w14:paraId="10B01777" w14:textId="054EACE0" w:rsidR="00821E8C" w:rsidRDefault="00E8100A" w:rsidP="00583C97">
      <w:pPr>
        <w:spacing w:after="160" w:line="240" w:lineRule="auto"/>
        <w:ind w:left="340" w:hanging="340"/>
      </w:pPr>
      <w:r>
        <w:t>2.   Doklad o aktuálním bankovním účtu Žadatele, kterým je potvrzení příslušného peněžního</w:t>
      </w:r>
      <w:r w:rsidR="00583C97">
        <w:t xml:space="preserve"> </w:t>
      </w:r>
      <w:r>
        <w:t>ústavu</w:t>
      </w:r>
      <w:r w:rsidR="00583C97">
        <w:t xml:space="preserve"> </w:t>
      </w:r>
      <w:r>
        <w:t>uvedením Žadatele jako majitele účtu a aktuálního čísla účtu, a to ne starším než 3</w:t>
      </w:r>
      <w:r w:rsidR="00DD50D5">
        <w:t xml:space="preserve"> </w:t>
      </w:r>
      <w:r>
        <w:t>měsíce, k elektronické verzi naskenovaný.</w:t>
      </w:r>
    </w:p>
    <w:p w14:paraId="0028E7FD" w14:textId="77777777" w:rsidR="001A7EF3" w:rsidRDefault="001A7EF3">
      <w:pPr>
        <w:spacing w:after="160" w:line="240" w:lineRule="auto"/>
        <w:ind w:left="680" w:hanging="680"/>
      </w:pPr>
    </w:p>
    <w:p w14:paraId="2997E51C" w14:textId="77777777" w:rsidR="001A7EF3" w:rsidRDefault="001A7EF3">
      <w:pPr>
        <w:spacing w:after="160" w:line="240" w:lineRule="auto"/>
        <w:ind w:left="680" w:hanging="680"/>
      </w:pPr>
    </w:p>
    <w:tbl>
      <w:tblPr>
        <w:tblStyle w:val="Mkatabulky"/>
        <w:tblW w:w="0" w:type="auto"/>
        <w:jc w:val="center"/>
        <w:tblBorders>
          <w:top w:val="single" w:sz="8" w:space="0" w:color="4F4F4F"/>
          <w:left w:val="single" w:sz="8" w:space="0" w:color="4F4F4F"/>
          <w:bottom w:val="single" w:sz="8" w:space="0" w:color="4F4F4F"/>
          <w:right w:val="single" w:sz="8" w:space="0" w:color="4F4F4F"/>
          <w:insideH w:val="single" w:sz="8" w:space="0" w:color="4F4F4F"/>
          <w:insideV w:val="single" w:sz="8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4535"/>
        <w:gridCol w:w="4535"/>
      </w:tblGrid>
      <w:tr w:rsidR="00821E8C" w14:paraId="03F1D408" w14:textId="77777777">
        <w:trPr>
          <w:trHeight w:val="351"/>
          <w:jc w:val="center"/>
        </w:trPr>
        <w:tc>
          <w:tcPr>
            <w:tcW w:w="4535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E80F371" w14:textId="77777777" w:rsidR="00821E8C" w:rsidRDefault="00E8100A">
            <w:pPr>
              <w:jc w:val="center"/>
            </w:pPr>
            <w:r>
              <w:rPr>
                <w:sz w:val="23"/>
              </w:rPr>
              <w:t>Místo a datum podpisu</w:t>
            </w:r>
          </w:p>
        </w:tc>
        <w:tc>
          <w:tcPr>
            <w:tcW w:w="4535" w:type="dxa"/>
            <w:shd w:val="clear" w:color="auto" w:fill="D9D9D9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4080D44" w14:textId="77777777" w:rsidR="00821E8C" w:rsidRDefault="00E8100A">
            <w:pPr>
              <w:jc w:val="center"/>
            </w:pPr>
            <w:r>
              <w:rPr>
                <w:sz w:val="23"/>
              </w:rPr>
              <w:t>Podpis</w:t>
            </w:r>
          </w:p>
        </w:tc>
      </w:tr>
      <w:tr w:rsidR="00821E8C" w14:paraId="4FD091FF" w14:textId="77777777">
        <w:trPr>
          <w:trHeight w:val="1587"/>
          <w:jc w:val="center"/>
        </w:trPr>
        <w:tc>
          <w:tcPr>
            <w:tcW w:w="4535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6F5FE0B7" w14:textId="77777777" w:rsidR="00821E8C" w:rsidRDefault="00821E8C"/>
        </w:tc>
        <w:tc>
          <w:tcPr>
            <w:tcW w:w="4535" w:type="dxa"/>
            <w:tcMar>
              <w:top w:w="60" w:type="dxa"/>
              <w:left w:w="70" w:type="dxa"/>
              <w:bottom w:w="60" w:type="dxa"/>
              <w:right w:w="70" w:type="dxa"/>
            </w:tcMar>
            <w:vAlign w:val="center"/>
          </w:tcPr>
          <w:p w14:paraId="4C3CB3F5" w14:textId="77777777" w:rsidR="00821E8C" w:rsidRDefault="00821E8C"/>
        </w:tc>
      </w:tr>
    </w:tbl>
    <w:p w14:paraId="0F7DD53B" w14:textId="77777777" w:rsidR="00E8100A" w:rsidRDefault="00E8100A"/>
    <w:sectPr w:rsidR="00E8100A" w:rsidSect="00034616">
      <w:pgSz w:w="11906" w:h="16838"/>
      <w:pgMar w:top="1417" w:right="1417" w:bottom="1417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B8CD9" w14:textId="77777777" w:rsidR="00180ABC" w:rsidRDefault="00180ABC" w:rsidP="00180ABC">
      <w:pPr>
        <w:spacing w:after="0" w:line="240" w:lineRule="auto"/>
      </w:pPr>
      <w:r>
        <w:separator/>
      </w:r>
    </w:p>
  </w:endnote>
  <w:endnote w:type="continuationSeparator" w:id="0">
    <w:p w14:paraId="1D23B9A5" w14:textId="77777777" w:rsidR="00180ABC" w:rsidRDefault="00180ABC" w:rsidP="0018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38AE0" w14:textId="77777777" w:rsidR="00180ABC" w:rsidRDefault="00180ABC" w:rsidP="00180ABC">
      <w:pPr>
        <w:spacing w:after="0" w:line="240" w:lineRule="auto"/>
      </w:pPr>
      <w:r>
        <w:separator/>
      </w:r>
    </w:p>
  </w:footnote>
  <w:footnote w:type="continuationSeparator" w:id="0">
    <w:p w14:paraId="2E325F60" w14:textId="77777777" w:rsidR="00180ABC" w:rsidRDefault="00180ABC" w:rsidP="00180ABC">
      <w:pPr>
        <w:spacing w:after="0" w:line="240" w:lineRule="auto"/>
      </w:pPr>
      <w:r>
        <w:continuationSeparator/>
      </w:r>
    </w:p>
  </w:footnote>
  <w:footnote w:id="1">
    <w:p w14:paraId="4CFFDE60" w14:textId="77777777" w:rsidR="00583C97" w:rsidRDefault="00583C97" w:rsidP="00583C9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83C97">
        <w:rPr>
          <w:sz w:val="18"/>
          <w:szCs w:val="18"/>
        </w:rPr>
        <w:t>Podrobnější informace o tom, kdo je skutečným majitelem, uvádí § 2 písm. e) zákona č. 37/2021 Sb., o evidenci skutečných majitelů. Pro účely Programu se jedná podle právní formy zejména o a.s., s.r.o., spolky (občanská sdružení), ústavy a o.p.s. Právnické osoby uvedené v § 7 zákona č. 37/2021 Sb., o evidenci skutečných majitelů, se odkáží na relevantní písmeno § 7 (např.: „Právnická osoba nemá skutečné majitele, neboť jde o subjekt dle ust. § 7 písm. a) g)“. Výpis z evidence nedokládají.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61227551">
    <w:abstractNumId w:val="8"/>
  </w:num>
  <w:num w:numId="2" w16cid:durableId="95445998">
    <w:abstractNumId w:val="6"/>
  </w:num>
  <w:num w:numId="3" w16cid:durableId="1931349945">
    <w:abstractNumId w:val="5"/>
  </w:num>
  <w:num w:numId="4" w16cid:durableId="1832911620">
    <w:abstractNumId w:val="4"/>
  </w:num>
  <w:num w:numId="5" w16cid:durableId="1532919075">
    <w:abstractNumId w:val="7"/>
  </w:num>
  <w:num w:numId="6" w16cid:durableId="418409290">
    <w:abstractNumId w:val="3"/>
  </w:num>
  <w:num w:numId="7" w16cid:durableId="24914751">
    <w:abstractNumId w:val="2"/>
  </w:num>
  <w:num w:numId="8" w16cid:durableId="2024084846">
    <w:abstractNumId w:val="1"/>
  </w:num>
  <w:num w:numId="9" w16cid:durableId="168874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4A3"/>
    <w:rsid w:val="00034616"/>
    <w:rsid w:val="00040BB3"/>
    <w:rsid w:val="0006063C"/>
    <w:rsid w:val="00070E30"/>
    <w:rsid w:val="000A4375"/>
    <w:rsid w:val="000B0C21"/>
    <w:rsid w:val="00130B46"/>
    <w:rsid w:val="0015074B"/>
    <w:rsid w:val="00180ABC"/>
    <w:rsid w:val="001A7EF3"/>
    <w:rsid w:val="001E7B4D"/>
    <w:rsid w:val="002009CE"/>
    <w:rsid w:val="0022005C"/>
    <w:rsid w:val="0029639D"/>
    <w:rsid w:val="00321486"/>
    <w:rsid w:val="00326F90"/>
    <w:rsid w:val="003638DB"/>
    <w:rsid w:val="003B35FA"/>
    <w:rsid w:val="00417980"/>
    <w:rsid w:val="004B1A69"/>
    <w:rsid w:val="004D3A6A"/>
    <w:rsid w:val="004E1481"/>
    <w:rsid w:val="00583C97"/>
    <w:rsid w:val="005A3748"/>
    <w:rsid w:val="005B6A08"/>
    <w:rsid w:val="005C269B"/>
    <w:rsid w:val="0079109D"/>
    <w:rsid w:val="007E323A"/>
    <w:rsid w:val="00821E8C"/>
    <w:rsid w:val="00870E07"/>
    <w:rsid w:val="009102AB"/>
    <w:rsid w:val="00946950"/>
    <w:rsid w:val="00971220"/>
    <w:rsid w:val="009B6E1C"/>
    <w:rsid w:val="009F0E15"/>
    <w:rsid w:val="00A17D1F"/>
    <w:rsid w:val="00A50768"/>
    <w:rsid w:val="00A73D58"/>
    <w:rsid w:val="00AA1D8D"/>
    <w:rsid w:val="00B47730"/>
    <w:rsid w:val="00B5090A"/>
    <w:rsid w:val="00BF4712"/>
    <w:rsid w:val="00BF6318"/>
    <w:rsid w:val="00C01B12"/>
    <w:rsid w:val="00C32AE9"/>
    <w:rsid w:val="00CB0664"/>
    <w:rsid w:val="00CD22A6"/>
    <w:rsid w:val="00CE7296"/>
    <w:rsid w:val="00D1674A"/>
    <w:rsid w:val="00D410A4"/>
    <w:rsid w:val="00DC1120"/>
    <w:rsid w:val="00DD50D5"/>
    <w:rsid w:val="00E26420"/>
    <w:rsid w:val="00E307DB"/>
    <w:rsid w:val="00E8100A"/>
    <w:rsid w:val="00E851CF"/>
    <w:rsid w:val="00E92BFC"/>
    <w:rsid w:val="00F14306"/>
    <w:rsid w:val="00F219A1"/>
    <w:rsid w:val="00FA3194"/>
    <w:rsid w:val="00FC0FDA"/>
    <w:rsid w:val="00FC3524"/>
    <w:rsid w:val="00FC4BB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A2C545"/>
  <w14:defaultImageDpi w14:val="300"/>
  <w15:docId w15:val="{BC451832-2A85-41CA-9B1B-691B160C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rPr>
      <w:rFonts w:ascii="Times New Roman" w:eastAsia="Times New Roman" w:hAnsi="Times New Roman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83C9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83C97"/>
    <w:rPr>
      <w:rFonts w:ascii="Times New Roman" w:eastAsia="Times New Roman" w:hAnsi="Times New Roman"/>
      <w:sz w:val="20"/>
      <w:szCs w:val="20"/>
      <w:lang w:val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583C97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B5090A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EABDEDA-8F0F-46D2-B32C-1B39516CC933}"/>
      </w:docPartPr>
      <w:docPartBody>
        <w:p w:rsidR="00F66BDC" w:rsidRDefault="00F66BDC"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CE8E6D1267424A0AAD17FA1C677047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821AE6-5855-4E81-B319-7133558FE7F3}"/>
      </w:docPartPr>
      <w:docPartBody>
        <w:p w:rsidR="006B4D4E" w:rsidRDefault="006B4D4E" w:rsidP="006B4D4E">
          <w:pPr>
            <w:pStyle w:val="CE8E6D1267424A0AAD17FA1C6770478E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6E9C90D961D44A06B8ECAA9245995C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5AD1DF-F216-4F5A-B92B-68F3A008965C}"/>
      </w:docPartPr>
      <w:docPartBody>
        <w:p w:rsidR="006B4D4E" w:rsidRDefault="006B4D4E" w:rsidP="006B4D4E">
          <w:pPr>
            <w:pStyle w:val="6E9C90D961D44A06B8ECAA9245995C29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67A37FE2F1B54CC08338FABDFAC85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D7E928-0E4B-4BEC-A9FE-C06EDB6B9EB3}"/>
      </w:docPartPr>
      <w:docPartBody>
        <w:p w:rsidR="006B4D4E" w:rsidRDefault="006B4D4E" w:rsidP="006B4D4E">
          <w:pPr>
            <w:pStyle w:val="67A37FE2F1B54CC08338FABDFAC85543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2F3460D9E8D0488CA032A4DBBF876B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66CA7-E42A-4C36-9E39-CF6F336852CD}"/>
      </w:docPartPr>
      <w:docPartBody>
        <w:p w:rsidR="006B4D4E" w:rsidRDefault="006B4D4E" w:rsidP="006B4D4E">
          <w:pPr>
            <w:pStyle w:val="2F3460D9E8D0488CA032A4DBBF876BD6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9E59E2F09F154908BD5EFE4B91BFD9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AFA5DB-FEEF-4C73-99B8-BE477C54E249}"/>
      </w:docPartPr>
      <w:docPartBody>
        <w:p w:rsidR="006B4D4E" w:rsidRDefault="006B4D4E" w:rsidP="006B4D4E">
          <w:pPr>
            <w:pStyle w:val="9E59E2F09F154908BD5EFE4B91BFD9BF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6800ADF3B42741C5AEEA381054C1F4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CD9537-2CA7-4D5C-AE03-799C4A71E744}"/>
      </w:docPartPr>
      <w:docPartBody>
        <w:p w:rsidR="006B4D4E" w:rsidRDefault="006B4D4E" w:rsidP="006B4D4E">
          <w:pPr>
            <w:pStyle w:val="6800ADF3B42741C5AEEA381054C1F49C"/>
          </w:pPr>
          <w:r w:rsidRPr="007E18C6">
            <w:rPr>
              <w:rStyle w:val="Zstupntext"/>
            </w:rPr>
            <w:t>Zvolte položku.</w:t>
          </w:r>
        </w:p>
      </w:docPartBody>
    </w:docPart>
    <w:docPart>
      <w:docPartPr>
        <w:name w:val="80A588BDE8D747B491D32AD50DBAD9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D7AC04-6229-4E5B-B70A-0FE2D86A6416}"/>
      </w:docPartPr>
      <w:docPartBody>
        <w:p w:rsidR="006B4D4E" w:rsidRDefault="006B4D4E" w:rsidP="006B4D4E">
          <w:pPr>
            <w:pStyle w:val="80A588BDE8D747B491D32AD50DBAD96D"/>
          </w:pPr>
          <w:r w:rsidRPr="007E18C6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BDC"/>
    <w:rsid w:val="00130B46"/>
    <w:rsid w:val="0022005C"/>
    <w:rsid w:val="003B35FA"/>
    <w:rsid w:val="004E1481"/>
    <w:rsid w:val="006B4D4E"/>
    <w:rsid w:val="0079109D"/>
    <w:rsid w:val="00946950"/>
    <w:rsid w:val="009B6E1C"/>
    <w:rsid w:val="009F0E15"/>
    <w:rsid w:val="00A20784"/>
    <w:rsid w:val="00A50768"/>
    <w:rsid w:val="00BF4712"/>
    <w:rsid w:val="00BF6318"/>
    <w:rsid w:val="00F14306"/>
    <w:rsid w:val="00F219A1"/>
    <w:rsid w:val="00F66BDC"/>
    <w:rsid w:val="00F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B4D4E"/>
    <w:rPr>
      <w:color w:val="666666"/>
    </w:rPr>
  </w:style>
  <w:style w:type="paragraph" w:customStyle="1" w:styleId="CE8E6D1267424A0AAD17FA1C6770478E">
    <w:name w:val="CE8E6D1267424A0AAD17FA1C6770478E"/>
    <w:rsid w:val="006B4D4E"/>
  </w:style>
  <w:style w:type="paragraph" w:customStyle="1" w:styleId="6E9C90D961D44A06B8ECAA9245995C29">
    <w:name w:val="6E9C90D961D44A06B8ECAA9245995C29"/>
    <w:rsid w:val="006B4D4E"/>
  </w:style>
  <w:style w:type="paragraph" w:customStyle="1" w:styleId="67A37FE2F1B54CC08338FABDFAC85543">
    <w:name w:val="67A37FE2F1B54CC08338FABDFAC85543"/>
    <w:rsid w:val="006B4D4E"/>
  </w:style>
  <w:style w:type="paragraph" w:customStyle="1" w:styleId="2F3460D9E8D0488CA032A4DBBF876BD6">
    <w:name w:val="2F3460D9E8D0488CA032A4DBBF876BD6"/>
    <w:rsid w:val="006B4D4E"/>
  </w:style>
  <w:style w:type="paragraph" w:customStyle="1" w:styleId="9E59E2F09F154908BD5EFE4B91BFD9BF">
    <w:name w:val="9E59E2F09F154908BD5EFE4B91BFD9BF"/>
    <w:rsid w:val="006B4D4E"/>
  </w:style>
  <w:style w:type="paragraph" w:customStyle="1" w:styleId="6800ADF3B42741C5AEEA381054C1F49C">
    <w:name w:val="6800ADF3B42741C5AEEA381054C1F49C"/>
    <w:rsid w:val="006B4D4E"/>
  </w:style>
  <w:style w:type="paragraph" w:customStyle="1" w:styleId="80A588BDE8D747B491D32AD50DBAD96D">
    <w:name w:val="80A588BDE8D747B491D32AD50DBAD96D"/>
    <w:rsid w:val="006B4D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597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Vališka Tomáš (MHMP, OSZ)</cp:lastModifiedBy>
  <cp:revision>25</cp:revision>
  <dcterms:created xsi:type="dcterms:W3CDTF">2026-04-13T11:26:00Z</dcterms:created>
  <dcterms:modified xsi:type="dcterms:W3CDTF">2026-05-05T11:56:00Z</dcterms:modified>
  <cp:category/>
</cp:coreProperties>
</file>